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5263D"/>
          <w:sz w:val="54"/>
        </w:rPr>
        <w:t>Arbeitsblätter: Sternbilder</w:t>
      </w:r>
    </w:p>
    <w:p>
      <w:pPr>
        <w:jc w:val="center"/>
      </w:pPr>
      <w:r>
        <w:rPr>
          <w:rFonts w:ascii="Arial" w:hAnsi="Arial"/>
          <w:b/>
          <w:color w:val="B78032"/>
          <w:sz w:val="22"/>
        </w:rPr>
        <w:t>Sternbilder · Astronomie · Orientierung · Mythologie</w:t>
      </w:r>
    </w:p>
    <w:p>
      <w:r>
        <w:t>Name: ____________________________________   Klasse: __________   Datum: ______________</w:t>
      </w:r>
    </w:p>
    <w:p>
      <w:pPr>
        <w:pStyle w:val="Heading1"/>
      </w:pPr>
      <w:r>
        <w:t>Arbeitsblatt 1: Warum gibt es Sternbilder?</w:t>
      </w:r>
    </w:p>
    <w:p>
      <w:pPr>
        <w:pStyle w:val="ListNumber"/>
      </w:pPr>
      <w:r>
        <w:t>Erkläre den Satz: „Die Sterne sind Natur. Das Sternbild ist eine menschliche Ordnung und Deutung.“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ListNumber"/>
      </w:pPr>
      <w:r>
        <w:t>Nenne vier Gründe, warum Menschen Sternbilder entwickelten.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ListNumber"/>
      </w:pPr>
      <w:r>
        <w:t>Warum können Sterne, die am Himmel nebeneinander erscheinen, in Wirklichkeit sehr weit voneinander entfernt sein?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ListNumber"/>
      </w:pPr>
      <w:r>
        <w:t>Was ist der Unterschied zwischen einem historischen Sternbild und einer modernen, offiziell begrenzten Konstellation?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ListNumber"/>
      </w:pPr>
      <w:r>
        <w:t>Was ist ein Asterismus? Nenne ein Beispiel.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Arbeitsblatt 2: Navigation am Nord- und Südhimmel</w:t>
      </w:r>
    </w:p>
    <w:p>
      <w:r>
        <w:t>Vergleiche Ursa Minor und Crux.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15263D"/>
          </w:tcPr>
          <w:p>
            <w:r/>
            <w:r>
              <w:rPr>
                <w:rFonts w:ascii="Arial" w:hAnsi="Arial"/>
                <w:b/>
                <w:color w:val="FFFFFF"/>
                <w:sz w:val="20"/>
              </w:rPr>
              <w:t>Frage</w:t>
            </w:r>
          </w:p>
        </w:tc>
        <w:tc>
          <w:tcPr>
            <w:tcW w:type="dxa" w:w="3360"/>
            <w:shd w:fill="15263D"/>
          </w:tcPr>
          <w:p>
            <w:r/>
            <w:r>
              <w:rPr>
                <w:rFonts w:ascii="Arial" w:hAnsi="Arial"/>
                <w:b/>
                <w:color w:val="FFFFFF"/>
                <w:sz w:val="20"/>
              </w:rPr>
              <w:t>Ursa Minor</w:t>
            </w:r>
          </w:p>
        </w:tc>
        <w:tc>
          <w:tcPr>
            <w:tcW w:type="dxa" w:w="3360"/>
            <w:shd w:fill="15263D"/>
          </w:tcPr>
          <w:p>
            <w:r/>
            <w:r>
              <w:rPr>
                <w:rFonts w:ascii="Arial" w:hAnsi="Arial"/>
                <w:b/>
                <w:color w:val="FFFFFF"/>
                <w:sz w:val="20"/>
              </w:rPr>
              <w:t>Crux</w:t>
            </w:r>
          </w:p>
        </w:tc>
      </w:tr>
      <w:tr>
        <w:tc>
          <w:tcPr>
            <w:tcW w:type="dxa" w:w="3360"/>
          </w:tcPr>
          <w:p>
            <w:r/>
            <w:r>
              <w:rPr>
                <w:rFonts w:ascii="Arial" w:hAnsi="Arial"/>
                <w:b/>
                <w:color w:val="142034"/>
                <w:sz w:val="18"/>
              </w:rPr>
              <w:t>Hemisphäre</w:t>
            </w:r>
          </w:p>
        </w:tc>
        <w:tc>
          <w:tcPr>
            <w:tcW w:type="dxa" w:w="336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br/>
              <w:br/>
            </w:r>
          </w:p>
        </w:tc>
        <w:tc>
          <w:tcPr>
            <w:tcW w:type="dxa" w:w="336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br/>
              <w:br/>
            </w:r>
          </w:p>
        </w:tc>
      </w:tr>
      <w:tr>
        <w:tc>
          <w:tcPr>
            <w:tcW w:type="dxa" w:w="3360"/>
          </w:tcPr>
          <w:p>
            <w:r/>
            <w:r>
              <w:rPr>
                <w:rFonts w:ascii="Arial" w:hAnsi="Arial"/>
                <w:b/>
                <w:color w:val="142034"/>
                <w:sz w:val="18"/>
              </w:rPr>
              <w:t>Orientierungspunkt</w:t>
            </w:r>
          </w:p>
        </w:tc>
        <w:tc>
          <w:tcPr>
            <w:tcW w:type="dxa" w:w="336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br/>
              <w:br/>
            </w:r>
          </w:p>
        </w:tc>
        <w:tc>
          <w:tcPr>
            <w:tcW w:type="dxa" w:w="336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br/>
              <w:br/>
            </w:r>
          </w:p>
        </w:tc>
      </w:tr>
      <w:tr>
        <w:tc>
          <w:tcPr>
            <w:tcW w:type="dxa" w:w="3360"/>
          </w:tcPr>
          <w:p>
            <w:r/>
            <w:r>
              <w:rPr>
                <w:rFonts w:ascii="Arial" w:hAnsi="Arial"/>
                <w:b/>
                <w:color w:val="142034"/>
                <w:sz w:val="18"/>
              </w:rPr>
              <w:t>Was muss man gedanklich tun?</w:t>
            </w:r>
          </w:p>
        </w:tc>
        <w:tc>
          <w:tcPr>
            <w:tcW w:type="dxa" w:w="336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br/>
              <w:br/>
            </w:r>
          </w:p>
        </w:tc>
        <w:tc>
          <w:tcPr>
            <w:tcW w:type="dxa" w:w="336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br/>
              <w:br/>
            </w:r>
          </w:p>
        </w:tc>
      </w:tr>
      <w:tr>
        <w:tc>
          <w:tcPr>
            <w:tcW w:type="dxa" w:w="3360"/>
          </w:tcPr>
          <w:p>
            <w:r/>
            <w:r>
              <w:rPr>
                <w:rFonts w:ascii="Arial" w:hAnsi="Arial"/>
                <w:b/>
                <w:color w:val="142034"/>
                <w:sz w:val="18"/>
              </w:rPr>
              <w:t>Welche Ungenauigkeit bleibt?</w:t>
            </w:r>
          </w:p>
        </w:tc>
        <w:tc>
          <w:tcPr>
            <w:tcW w:type="dxa" w:w="336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br/>
              <w:br/>
            </w:r>
          </w:p>
        </w:tc>
        <w:tc>
          <w:tcPr>
            <w:tcW w:type="dxa" w:w="336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br/>
              <w:br/>
            </w:r>
          </w:p>
        </w:tc>
      </w:tr>
    </w:tbl>
    <w:p/>
    <w:p>
      <w:r>
        <w:t>Warum ist ein Sternbild gleichzeitig Erzählung und Werkzeug?</w:t>
      </w:r>
    </w:p>
    <w:p>
      <w:r>
        <w:t>________________________________________________________________________________</w:t>
        <w:br/>
        <w:t>________________________________________________________________________________</w:t>
        <w:br/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Arbeitsblatt 3: Eine Originalseite prüfen</w:t>
      </w:r>
    </w:p>
    <w:p>
      <w:r>
        <w:t>Gewähltes Sternbild: ______________________________________________</w:t>
      </w:r>
    </w:p>
    <w:p>
      <w:pPr>
        <w:pStyle w:val="ListNumber"/>
      </w:pPr>
      <w:r>
        <w:t>Welche astronomischen Informationen stehen auf der Seite?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ListNumber"/>
      </w:pPr>
      <w:r>
        <w:t>Welche Aussagen sind als „mystischer Blick“ gekennzeichnet?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ListNumber"/>
      </w:pPr>
      <w:r>
        <w:t>Welche Bilder, Musik oder gesprochenen Texte werden verwendet?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ListNumber"/>
      </w:pPr>
      <w:r>
        <w:t>Welche Gefühle oder Gedanken lösen sie aus?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ListNumber"/>
      </w:pPr>
      <w:r>
        <w:t>Welche Aussage ist Beobachtung, welche Deutung, welche Fiktion?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ListNumber"/>
      </w:pPr>
      <w:r>
        <w:t>Welche Quelle würdest du zur Überprüfung suchen?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Projektblatt: Unser eigenes Sternbild</w:t>
      </w:r>
    </w:p>
    <w:p>
      <w:pPr>
        <w:pStyle w:val="ListBullet"/>
      </w:pPr>
      <w:r>
        <w:t>Zeichnet ein Sternfeld mit mindestens zehn Punkten.</w:t>
      </w:r>
    </w:p>
    <w:p>
      <w:pPr>
        <w:pStyle w:val="ListBullet"/>
      </w:pPr>
      <w:r>
        <w:t>Wählt fünf bis acht Sterne und verbindet sie.</w:t>
      </w:r>
    </w:p>
    <w:p>
      <w:pPr>
        <w:pStyle w:val="ListBullet"/>
      </w:pPr>
      <w:r>
        <w:t>Gebt der Figur einen Namen.</w:t>
      </w:r>
    </w:p>
    <w:p>
      <w:pPr>
        <w:pStyle w:val="ListBullet"/>
      </w:pPr>
      <w:r>
        <w:t>Schreibt eine kurze Entstehungsgeschichte.</w:t>
      </w:r>
    </w:p>
    <w:p>
      <w:pPr>
        <w:pStyle w:val="ListBullet"/>
      </w:pPr>
      <w:r>
        <w:t>Gebt ihr eine praktische Funktion: Orientierung, Jahreszeit, Warnung, Erinnerung oder Fest.</w:t>
      </w:r>
    </w:p>
    <w:p>
      <w:pPr>
        <w:pStyle w:val="ListBullet"/>
      </w:pPr>
      <w:r>
        <w:t>Kennzeichnet drei Bereiche: gesehen – erfunden – gedeutet.</w:t>
      </w:r>
    </w:p>
    <w:p>
      <w:pPr>
        <w:pStyle w:val="ListBullet"/>
      </w:pPr>
      <w:r>
        <w:t>Präsentiert das Sternbild, ohne zu behaupten, die Figur sei von Natur aus vorhanden.</w:t>
      </w:r>
    </w:p>
    <w:p>
      <w:r>
        <w:t>Name des Sternbilds: ______________________________________________</w:t>
      </w:r>
    </w:p>
    <w:p>
      <w:r>
        <w:br/>
        <w:t>Zeichnung:</w:t>
        <w:br/>
        <w:br/>
        <w:br/>
        <w:br/>
        <w:br/>
        <w:br/>
        <w:br/>
      </w:r>
    </w:p>
    <w:p>
      <w:r>
        <w:t>Geschichte und Funktion:</w:t>
        <w:br/>
        <w:t>________________________________________________________________________________</w:t>
        <w:br/>
        <w:t>________________________________________________________________________________</w:t>
        <w:br/>
        <w:t>________________________________________________________________________________</w:t>
        <w:br/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7657A"/>
        <w:sz w:val="16"/>
      </w:rPr>
      <w:t>www.susannealbers.de/schule/ · © Susanne Albers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5263D"/>
        <w:sz w:val="18"/>
      </w:rPr>
      <w:t>SMS · Susanne macht Schule  |  Wissen darf lebendig sein.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5263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345F8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B7803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5263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