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2DE0EC5" w14:textId="77777777" w:rsidR="00825526" w:rsidRDefault="00000000">
      <w:pPr>
        <w:jc w:val="center"/>
      </w:pPr>
      <w:r>
        <w:rPr>
          <w:rFonts w:ascii="Georgia" w:hAnsi="Georgia"/>
          <w:b/>
          <w:sz w:val="32"/>
        </w:rPr>
        <w:t>SMS – SUSANNE MACHT SCHULE</w:t>
      </w:r>
    </w:p>
    <w:p w14:paraId="3BE959D5" w14:textId="77777777" w:rsidR="00825526" w:rsidRDefault="00000000">
      <w:pPr>
        <w:jc w:val="center"/>
      </w:pPr>
      <w:r>
        <w:rPr>
          <w:rFonts w:ascii="Georgia" w:hAnsi="Georgia"/>
          <w:b/>
          <w:color w:val="241F1A"/>
          <w:sz w:val="40"/>
        </w:rPr>
        <w:t>Von zwei Engeln zur Weltordnung</w:t>
      </w:r>
    </w:p>
    <w:p w14:paraId="0228180D" w14:textId="77777777" w:rsidR="00825526" w:rsidRDefault="00000000">
      <w:pPr>
        <w:jc w:val="center"/>
      </w:pPr>
      <w:r>
        <w:rPr>
          <w:i/>
        </w:rPr>
        <w:t>Arbeitsblatt für Schülerinnen und Schüler</w:t>
      </w:r>
    </w:p>
    <w:p w14:paraId="572F4BC4" w14:textId="14D8684C" w:rsidR="00825526" w:rsidRDefault="00000000">
      <w:proofErr w:type="spellStart"/>
      <w:r>
        <w:t>Arbeitsauftrag</w:t>
      </w:r>
      <w:proofErr w:type="spellEnd"/>
      <w:r w:rsidR="00976E84">
        <w:t xml:space="preserve">: </w:t>
      </w:r>
      <w:r>
        <w:t xml:space="preserve">Schau </w:t>
      </w:r>
      <w:proofErr w:type="spellStart"/>
      <w:r>
        <w:t>genau</w:t>
      </w:r>
      <w:proofErr w:type="spellEnd"/>
      <w:r>
        <w:t xml:space="preserve"> </w:t>
      </w:r>
      <w:proofErr w:type="spellStart"/>
      <w:r>
        <w:t>hin</w:t>
      </w:r>
      <w:proofErr w:type="spellEnd"/>
      <w:r>
        <w:t xml:space="preserve">, bevor du </w:t>
      </w:r>
      <w:proofErr w:type="spellStart"/>
      <w:r>
        <w:t>deutest</w:t>
      </w:r>
      <w:proofErr w:type="spellEnd"/>
      <w:r>
        <w:t>. Nutze die Bilder, um Zusammenhänge zu erkennen. Am Ende formulierst du selbst, welche Ordnung Raffael in seinen Bildern sichtbar macht.</w:t>
      </w:r>
    </w:p>
    <w:p w14:paraId="4C7A7C04" w14:textId="77777777" w:rsidR="00825526" w:rsidRDefault="00000000">
      <w:r>
        <w:t>Name: ____________________________________    Datum: __________________</w:t>
      </w:r>
    </w:p>
    <w:p w14:paraId="11F47FD2" w14:textId="77777777" w:rsidR="00825526" w:rsidRDefault="00000000">
      <w:pPr>
        <w:pStyle w:val="berschrift1"/>
      </w:pPr>
      <w:r>
        <w:t>A. Einstieg: Wozu gehören diese Engel?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825526" w14:paraId="394D817C" w14:textId="77777777">
        <w:trPr>
          <w:jc w:val="center"/>
        </w:trPr>
        <w:tc>
          <w:tcPr>
            <w:tcW w:w="5100" w:type="dxa"/>
          </w:tcPr>
          <w:p w14:paraId="6BD85103" w14:textId="77777777" w:rsidR="00825526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6CDA8D" wp14:editId="2C093275">
                  <wp:extent cx="2103120" cy="1457758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ngel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14577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0" w:type="dxa"/>
          </w:tcPr>
          <w:p w14:paraId="64A8C2FE" w14:textId="77777777" w:rsidR="00825526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E1872B" wp14:editId="220B8691">
                  <wp:extent cx="2103120" cy="2908284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ixtinischemadonna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3120" cy="29082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6D4B82" w14:textId="77777777" w:rsidR="00825526" w:rsidRDefault="00000000">
      <w:r>
        <w:t>1. Was verändert sich an deiner Wahrnehmung, wenn du die Engel allein siehst – und wenn du das ganze Bild kennst?</w:t>
      </w:r>
    </w:p>
    <w:p w14:paraId="14F6B5C9" w14:textId="77777777" w:rsidR="00825526" w:rsidRDefault="00000000">
      <w:r>
        <w:t>________________________________________________________________________________</w:t>
      </w:r>
    </w:p>
    <w:p w14:paraId="57A8A7BA" w14:textId="77777777" w:rsidR="00825526" w:rsidRDefault="00000000">
      <w:r>
        <w:t>________________________________________________________________________________</w:t>
      </w:r>
    </w:p>
    <w:p w14:paraId="7C375DE3" w14:textId="77777777" w:rsidR="00825526" w:rsidRDefault="00000000">
      <w:r>
        <w:t>________________________________________________________________________________</w:t>
      </w:r>
    </w:p>
    <w:p w14:paraId="7319CD11" w14:textId="77777777" w:rsidR="00825526" w:rsidRDefault="00000000">
      <w:r>
        <w:t>2. Warum können Bilddetails berühmt werden, obwohl viele den ursprünglichen Zusammenhang nicht kennen?</w:t>
      </w:r>
    </w:p>
    <w:p w14:paraId="3FDCEBE7" w14:textId="77777777" w:rsidR="00825526" w:rsidRDefault="00000000">
      <w:r>
        <w:lastRenderedPageBreak/>
        <w:t>________________________________________________________________________________</w:t>
      </w:r>
    </w:p>
    <w:p w14:paraId="1952D7F5" w14:textId="77777777" w:rsidR="00825526" w:rsidRDefault="00000000">
      <w:r>
        <w:t>________________________________________________________________________________</w:t>
      </w:r>
    </w:p>
    <w:p w14:paraId="1A33A015" w14:textId="77777777" w:rsidR="00825526" w:rsidRDefault="00000000">
      <w:r>
        <w:t>________________________________________________________________________________</w:t>
      </w:r>
    </w:p>
    <w:p w14:paraId="49910372" w14:textId="77777777" w:rsidR="00825526" w:rsidRDefault="00000000">
      <w:pPr>
        <w:pStyle w:val="berschrift1"/>
      </w:pPr>
      <w:r>
        <w:t>B. Die Schule von Athen lesen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100"/>
        <w:gridCol w:w="5100"/>
      </w:tblGrid>
      <w:tr w:rsidR="00825526" w14:paraId="65036D1B" w14:textId="77777777">
        <w:trPr>
          <w:jc w:val="center"/>
        </w:trPr>
        <w:tc>
          <w:tcPr>
            <w:tcW w:w="5100" w:type="dxa"/>
          </w:tcPr>
          <w:p w14:paraId="5B3E00A2" w14:textId="77777777" w:rsidR="00825526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362B97" wp14:editId="4C32FB33">
                  <wp:extent cx="2560320" cy="1908313"/>
                  <wp:effectExtent l="0" t="0" r="0" b="0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chulevonathen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0320" cy="19083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0" w:type="dxa"/>
          </w:tcPr>
          <w:p w14:paraId="74AB26FB" w14:textId="77777777" w:rsidR="00825526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DBA7F8" wp14:editId="37C7CA22">
                  <wp:extent cx="1828800" cy="2392907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laton-aristoteles.jp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0" cy="23929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7DA3A9" w14:textId="77777777" w:rsidR="00825526" w:rsidRDefault="00000000">
      <w:r>
        <w:t>3. Beschreibe den Raum: Was liegt im Zentrum? Was passiert im Vordergrund, was im Hintergrund?</w:t>
      </w:r>
    </w:p>
    <w:p w14:paraId="21FC7817" w14:textId="77777777" w:rsidR="00825526" w:rsidRDefault="00000000">
      <w:r>
        <w:t>________________________________________________________________________________</w:t>
      </w:r>
    </w:p>
    <w:p w14:paraId="6D97E132" w14:textId="77777777" w:rsidR="00825526" w:rsidRDefault="00000000">
      <w:r>
        <w:t>________________________________________________________________________________</w:t>
      </w:r>
    </w:p>
    <w:p w14:paraId="76A72902" w14:textId="77777777" w:rsidR="00825526" w:rsidRDefault="00000000">
      <w:r>
        <w:t>________________________________________________________________________________</w:t>
      </w:r>
    </w:p>
    <w:p w14:paraId="05DD1682" w14:textId="77777777" w:rsidR="00825526" w:rsidRDefault="00000000">
      <w:r>
        <w:t>4. Vergleiche Platon und Aristoteles: Wie unterscheiden sich Geste, Haltung und Bewegungsrichtung?</w:t>
      </w:r>
    </w:p>
    <w:p w14:paraId="0DB5388B" w14:textId="77777777" w:rsidR="00825526" w:rsidRDefault="00000000">
      <w:r>
        <w:t>________________________________________________________________________________</w:t>
      </w:r>
    </w:p>
    <w:p w14:paraId="7C46F2A0" w14:textId="77777777" w:rsidR="00825526" w:rsidRDefault="00000000">
      <w:r>
        <w:t>________________________________________________________________________________</w:t>
      </w:r>
    </w:p>
    <w:p w14:paraId="48D6E4ED" w14:textId="77777777" w:rsidR="00825526" w:rsidRDefault="00000000">
      <w:r>
        <w:t>________________________________________________________________________________</w:t>
      </w:r>
    </w:p>
    <w:p w14:paraId="77193B3A" w14:textId="77777777" w:rsidR="00825526" w:rsidRDefault="00000000">
      <w:r>
        <w:lastRenderedPageBreak/>
        <w:t>5. Welche Wirkung hat die Architektur? Warum könnte man den Raum einen „Denkraum“ nennen?</w:t>
      </w:r>
    </w:p>
    <w:p w14:paraId="1E0205D3" w14:textId="77777777" w:rsidR="00825526" w:rsidRDefault="00000000">
      <w:r>
        <w:t>________________________________________________________________________________</w:t>
      </w:r>
    </w:p>
    <w:p w14:paraId="4EA63CC1" w14:textId="77777777" w:rsidR="00825526" w:rsidRDefault="00000000">
      <w:r>
        <w:t>________________________________________________________________________________</w:t>
      </w:r>
    </w:p>
    <w:p w14:paraId="5A758E6E" w14:textId="77777777" w:rsidR="00825526" w:rsidRDefault="00000000">
      <w:r>
        <w:t>________________________________________________________________________________</w:t>
      </w:r>
    </w:p>
    <w:p w14:paraId="6AE5F563" w14:textId="77777777" w:rsidR="00825526" w:rsidRDefault="00000000">
      <w:pPr>
        <w:pStyle w:val="berschrift1"/>
      </w:pPr>
      <w:r>
        <w:t>C. Personen genauer ansehen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825526" w14:paraId="5074FB4B" w14:textId="77777777">
        <w:trPr>
          <w:jc w:val="center"/>
        </w:trPr>
        <w:tc>
          <w:tcPr>
            <w:tcW w:w="3400" w:type="dxa"/>
          </w:tcPr>
          <w:p w14:paraId="1303D898" w14:textId="77777777" w:rsidR="00825526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A2498E" wp14:editId="1AEC7FD7">
                  <wp:extent cx="1417320" cy="1730744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ersonen2sokrates.jp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0" cy="17307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14:paraId="1598FBD7" w14:textId="77777777" w:rsidR="00825526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F117DE" wp14:editId="252DABC4">
                  <wp:extent cx="1417320" cy="2016271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euklid-bramante.jpg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0" cy="20162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14:paraId="2902188F" w14:textId="77777777" w:rsidR="00825526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4234B4D" wp14:editId="390CC5A7">
                  <wp:extent cx="1417320" cy="204724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raklit-michelangelo.jpg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7320" cy="2047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2D941D1" w14:textId="77777777" w:rsidR="00825526" w:rsidRDefault="00000000">
      <w:r>
        <w:t>6. Wähle eine der drei Figuren/Ausschnitte. Was fällt dir auf? Nenne mindestens drei sichtbare Details.</w:t>
      </w:r>
    </w:p>
    <w:p w14:paraId="53BEB309" w14:textId="77777777" w:rsidR="00825526" w:rsidRDefault="00000000">
      <w:r>
        <w:t>________________________________________________________________________________</w:t>
      </w:r>
    </w:p>
    <w:p w14:paraId="55E73E61" w14:textId="77777777" w:rsidR="00825526" w:rsidRDefault="00000000">
      <w:r>
        <w:t>________________________________________________________________________________</w:t>
      </w:r>
    </w:p>
    <w:p w14:paraId="2350EE79" w14:textId="77777777" w:rsidR="00825526" w:rsidRDefault="00000000">
      <w:r>
        <w:t>________________________________________________________________________________</w:t>
      </w:r>
    </w:p>
    <w:p w14:paraId="72D96CA0" w14:textId="77777777" w:rsidR="00825526" w:rsidRDefault="00000000">
      <w:r>
        <w:t>7. Warum ist Heraklit im Zusammenhang mit Michelangelo spannend? Formuliere eine vorsichtige Vermutung.</w:t>
      </w:r>
    </w:p>
    <w:p w14:paraId="1A2919B5" w14:textId="77777777" w:rsidR="00825526" w:rsidRDefault="00000000">
      <w:r>
        <w:t>________________________________________________________________________________</w:t>
      </w:r>
    </w:p>
    <w:p w14:paraId="35CBF7AA" w14:textId="77777777" w:rsidR="00825526" w:rsidRDefault="00000000">
      <w:r>
        <w:t>________________________________________________________________________________</w:t>
      </w:r>
    </w:p>
    <w:p w14:paraId="6CE91676" w14:textId="77777777" w:rsidR="00825526" w:rsidRDefault="00000000">
      <w:r>
        <w:lastRenderedPageBreak/>
        <w:t>________________________________________________________________________________</w:t>
      </w:r>
    </w:p>
    <w:p w14:paraId="450FA7AD" w14:textId="77777777" w:rsidR="00825526" w:rsidRDefault="00000000">
      <w:pPr>
        <w:pStyle w:val="berschrift1"/>
      </w:pPr>
      <w:r>
        <w:t>D. Vier Räume, vier Ordnungen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400"/>
        <w:gridCol w:w="3400"/>
        <w:gridCol w:w="3400"/>
      </w:tblGrid>
      <w:tr w:rsidR="00825526" w14:paraId="52129607" w14:textId="77777777">
        <w:trPr>
          <w:jc w:val="center"/>
        </w:trPr>
        <w:tc>
          <w:tcPr>
            <w:tcW w:w="3400" w:type="dxa"/>
          </w:tcPr>
          <w:p w14:paraId="04A0669A" w14:textId="77777777" w:rsidR="00825526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A077B19" wp14:editId="4C0A4958">
                  <wp:extent cx="1463040" cy="1097280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disputa.jpg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097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14:paraId="188CD1C1" w14:textId="77777777" w:rsidR="00825526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AC97F3" wp14:editId="154E1D19">
                  <wp:extent cx="1463040" cy="1168562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arnass.jpg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11685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00" w:type="dxa"/>
          </w:tcPr>
          <w:p w14:paraId="6D57883E" w14:textId="77777777" w:rsidR="00825526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0BEF70F" wp14:editId="6918F661">
                  <wp:extent cx="1463040" cy="946673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tugenden.jpg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0" cy="946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126CC6" w14:textId="77777777" w:rsidR="00825526" w:rsidRDefault="00000000">
      <w:r>
        <w:t>8. Ordne jedem Bild einen Schwerpunkt zu: Glauben – Poesie – Gerechtigkeit. Begründe kurz.</w:t>
      </w:r>
    </w:p>
    <w:p w14:paraId="13E3C6CB" w14:textId="77777777" w:rsidR="00825526" w:rsidRDefault="00000000">
      <w:r>
        <w:t>________________________________________________________________________________</w:t>
      </w:r>
    </w:p>
    <w:p w14:paraId="244E0B93" w14:textId="77777777" w:rsidR="00825526" w:rsidRDefault="00000000">
      <w:r>
        <w:t>________________________________________________________________________________</w:t>
      </w:r>
    </w:p>
    <w:p w14:paraId="611ED839" w14:textId="77777777" w:rsidR="00825526" w:rsidRDefault="00000000">
      <w:r>
        <w:t>________________________________________________________________________________</w:t>
      </w:r>
    </w:p>
    <w:p w14:paraId="7759EA08" w14:textId="77777777" w:rsidR="00825526" w:rsidRDefault="00000000">
      <w:r>
        <w:t>9. Welches dieser Bilder wirkt auf dich am stärksten geordnet – und warum?</w:t>
      </w:r>
    </w:p>
    <w:p w14:paraId="4F742140" w14:textId="77777777" w:rsidR="00825526" w:rsidRDefault="00000000">
      <w:r>
        <w:t>________________________________________________________________________________</w:t>
      </w:r>
    </w:p>
    <w:p w14:paraId="352C871E" w14:textId="77777777" w:rsidR="00825526" w:rsidRDefault="00000000">
      <w:r>
        <w:t>________________________________________________________________________________</w:t>
      </w:r>
    </w:p>
    <w:p w14:paraId="08484ED6" w14:textId="77777777" w:rsidR="00825526" w:rsidRDefault="00000000">
      <w:r>
        <w:t>________________________________________________________________________________</w:t>
      </w:r>
    </w:p>
    <w:p w14:paraId="59051F6A" w14:textId="77777777" w:rsidR="00825526" w:rsidRDefault="00000000">
      <w:pPr>
        <w:pStyle w:val="berschrift1"/>
      </w:pPr>
      <w:r>
        <w:t>E. Quellenkritik: Die Renaissance-Zickenrunde</w:t>
      </w:r>
    </w:p>
    <w:p w14:paraId="3492FDC6" w14:textId="77777777" w:rsidR="00825526" w:rsidRDefault="00000000">
      <w:r>
        <w:t>Ordne die folgenden Aussagen ein: B = historisch belegt, V = von Vasari berichtet, I = Interpretation, Z = bewusst zugespitzt.</w:t>
      </w:r>
    </w:p>
    <w:p w14:paraId="061E6DB9" w14:textId="77777777" w:rsidR="00825526" w:rsidRDefault="00000000">
      <w:r>
        <w:t>Raffael und Bramante waren verbunden und Vasari berichtet von einer Intrige gegen Michelangelo.  ____</w:t>
      </w:r>
    </w:p>
    <w:p w14:paraId="58640F0C" w14:textId="77777777" w:rsidR="00825526" w:rsidRDefault="00000000">
      <w:r>
        <w:t>Heraklit in der Schule von Athen erinnert auffällig an Michelangelo.  ____</w:t>
      </w:r>
    </w:p>
    <w:p w14:paraId="11A22C15" w14:textId="77777777" w:rsidR="00825526" w:rsidRDefault="00000000">
      <w:r>
        <w:t>Die Künstler waren so zickig wie wir heute.  ____</w:t>
      </w:r>
    </w:p>
    <w:p w14:paraId="1581EA9D" w14:textId="77777777" w:rsidR="00825526" w:rsidRDefault="00000000">
      <w:r>
        <w:t>Bramantes Plan für St. Peter wurde später nicht in dieser Form ausgeführt.  ____</w:t>
      </w:r>
    </w:p>
    <w:p w14:paraId="3412395D" w14:textId="77777777" w:rsidR="00825526" w:rsidRDefault="00000000">
      <w:pPr>
        <w:pStyle w:val="berschrift1"/>
      </w:pPr>
      <w:r>
        <w:lastRenderedPageBreak/>
        <w:t>F. Schluss</w:t>
      </w:r>
    </w:p>
    <w:p w14:paraId="3A2F84B2" w14:textId="77777777" w:rsidR="00825526" w:rsidRDefault="00000000">
      <w:r>
        <w:t>10. Formuliere eine Überschrift für eine Ausstellung oder Stunde zu Raffael.</w:t>
      </w:r>
    </w:p>
    <w:p w14:paraId="4C026752" w14:textId="77777777" w:rsidR="00825526" w:rsidRDefault="00000000">
      <w:r>
        <w:t>________________________________________________________________________________</w:t>
      </w:r>
    </w:p>
    <w:p w14:paraId="134299A5" w14:textId="77777777" w:rsidR="00825526" w:rsidRDefault="00000000">
      <w:r>
        <w:t>11. Beende den Satz: „Raffael ordnet die Welt, indem …“</w:t>
      </w:r>
    </w:p>
    <w:p w14:paraId="7D0D1525" w14:textId="77777777" w:rsidR="00825526" w:rsidRDefault="00000000">
      <w:r>
        <w:t>________________________________________________________________________________</w:t>
      </w:r>
    </w:p>
    <w:p w14:paraId="79F13435" w14:textId="77777777" w:rsidR="00825526" w:rsidRDefault="00000000">
      <w:r>
        <w:t>________________________________________________________________________________</w:t>
      </w:r>
    </w:p>
    <w:sectPr w:rsidR="00825526" w:rsidSect="00034616">
      <w:footerReference w:type="default" r:id="rId18"/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899BB35" w14:textId="77777777" w:rsidR="00AF57B2" w:rsidRDefault="00AF57B2">
      <w:pPr>
        <w:spacing w:after="0" w:line="240" w:lineRule="auto"/>
      </w:pPr>
      <w:r>
        <w:separator/>
      </w:r>
    </w:p>
  </w:endnote>
  <w:endnote w:type="continuationSeparator" w:id="0">
    <w:p w14:paraId="55B7EAA2" w14:textId="77777777" w:rsidR="00AF57B2" w:rsidRDefault="00AF57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787CCFC" w14:textId="77777777" w:rsidR="00825526" w:rsidRDefault="00000000">
    <w:pPr>
      <w:pStyle w:val="Fuzeile"/>
      <w:jc w:val="center"/>
    </w:pPr>
    <w:r>
      <w:rPr>
        <w:i/>
        <w:sz w:val="18"/>
      </w:rPr>
      <w:t xml:space="preserve">© 2026 Susanne Albers · SMS – Susanne </w:t>
    </w:r>
    <w:proofErr w:type="spellStart"/>
    <w:r>
      <w:rPr>
        <w:i/>
        <w:sz w:val="18"/>
      </w:rPr>
      <w:t>macht</w:t>
    </w:r>
    <w:proofErr w:type="spellEnd"/>
    <w:r>
      <w:rPr>
        <w:i/>
        <w:sz w:val="18"/>
      </w:rPr>
      <w:t xml:space="preserve"> Schule · www.susannealbers.de/schule/ · </w:t>
    </w:r>
    <w:proofErr w:type="spellStart"/>
    <w:r>
      <w:rPr>
        <w:i/>
        <w:sz w:val="18"/>
      </w:rPr>
      <w:t>Kostenlose</w:t>
    </w:r>
    <w:proofErr w:type="spellEnd"/>
    <w:r>
      <w:rPr>
        <w:i/>
        <w:sz w:val="18"/>
      </w:rPr>
      <w:t xml:space="preserve"> </w:t>
    </w:r>
    <w:proofErr w:type="spellStart"/>
    <w:r>
      <w:rPr>
        <w:i/>
        <w:sz w:val="18"/>
      </w:rPr>
      <w:t>Nutzung</w:t>
    </w:r>
    <w:proofErr w:type="spellEnd"/>
    <w:r>
      <w:rPr>
        <w:i/>
        <w:sz w:val="18"/>
      </w:rPr>
      <w:t xml:space="preserve"> für </w:t>
    </w:r>
    <w:proofErr w:type="spellStart"/>
    <w:r>
      <w:rPr>
        <w:i/>
        <w:sz w:val="18"/>
      </w:rPr>
      <w:t>Unterricht</w:t>
    </w:r>
    <w:proofErr w:type="spellEnd"/>
    <w:r>
      <w:rPr>
        <w:i/>
        <w:sz w:val="18"/>
      </w:rPr>
      <w:t xml:space="preserve"> und private </w:t>
    </w:r>
    <w:proofErr w:type="spellStart"/>
    <w:r>
      <w:rPr>
        <w:i/>
        <w:sz w:val="18"/>
      </w:rPr>
      <w:t>Bildungszwecke</w:t>
    </w:r>
    <w:proofErr w:type="spellEnd"/>
    <w:r>
      <w:rPr>
        <w:i/>
        <w:sz w:val="18"/>
      </w:rPr>
      <w:t xml:space="preserve">; </w:t>
    </w:r>
    <w:proofErr w:type="spellStart"/>
    <w:r>
      <w:rPr>
        <w:i/>
        <w:sz w:val="18"/>
      </w:rPr>
      <w:t>keine</w:t>
    </w:r>
    <w:proofErr w:type="spellEnd"/>
    <w:r>
      <w:rPr>
        <w:i/>
        <w:sz w:val="18"/>
      </w:rPr>
      <w:t xml:space="preserve"> </w:t>
    </w:r>
    <w:proofErr w:type="spellStart"/>
    <w:r>
      <w:rPr>
        <w:i/>
        <w:sz w:val="18"/>
      </w:rPr>
      <w:t>kommerzielle</w:t>
    </w:r>
    <w:proofErr w:type="spellEnd"/>
    <w:r>
      <w:rPr>
        <w:i/>
        <w:sz w:val="18"/>
      </w:rPr>
      <w:t xml:space="preserve"> </w:t>
    </w:r>
    <w:proofErr w:type="spellStart"/>
    <w:r>
      <w:rPr>
        <w:i/>
        <w:sz w:val="18"/>
      </w:rPr>
      <w:t>Weiterverbreitung</w:t>
    </w:r>
    <w:proofErr w:type="spellEnd"/>
    <w:r>
      <w:rPr>
        <w:i/>
        <w:sz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1ED897E" w14:textId="77777777" w:rsidR="00AF57B2" w:rsidRDefault="00AF57B2">
      <w:pPr>
        <w:spacing w:after="0" w:line="240" w:lineRule="auto"/>
      </w:pPr>
      <w:r>
        <w:separator/>
      </w:r>
    </w:p>
  </w:footnote>
  <w:footnote w:type="continuationSeparator" w:id="0">
    <w:p w14:paraId="3E8C9857" w14:textId="77777777" w:rsidR="00AF57B2" w:rsidRDefault="00AF57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5979426">
    <w:abstractNumId w:val="8"/>
  </w:num>
  <w:num w:numId="2" w16cid:durableId="1067219019">
    <w:abstractNumId w:val="6"/>
  </w:num>
  <w:num w:numId="3" w16cid:durableId="820003806">
    <w:abstractNumId w:val="5"/>
  </w:num>
  <w:num w:numId="4" w16cid:durableId="1845971230">
    <w:abstractNumId w:val="4"/>
  </w:num>
  <w:num w:numId="5" w16cid:durableId="855851860">
    <w:abstractNumId w:val="7"/>
  </w:num>
  <w:num w:numId="6" w16cid:durableId="960501341">
    <w:abstractNumId w:val="3"/>
  </w:num>
  <w:num w:numId="7" w16cid:durableId="804859582">
    <w:abstractNumId w:val="2"/>
  </w:num>
  <w:num w:numId="8" w16cid:durableId="511797766">
    <w:abstractNumId w:val="1"/>
  </w:num>
  <w:num w:numId="9" w16cid:durableId="113286355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C79B4"/>
    <w:rsid w:val="0029639D"/>
    <w:rsid w:val="00326F90"/>
    <w:rsid w:val="00825526"/>
    <w:rsid w:val="00976E84"/>
    <w:rsid w:val="00AA1D8D"/>
    <w:rsid w:val="00AF57B2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1F01F3"/>
  <w14:defaultImageDpi w14:val="300"/>
  <w15:docId w15:val="{C542C92B-2F09-CB41-9B3B-F489A9AD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C693F"/>
    <w:pPr>
      <w:spacing w:after="120" w:line="300" w:lineRule="auto"/>
    </w:pPr>
    <w:rPr>
      <w:rFonts w:ascii="Arial" w:hAnsi="Arial"/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884634"/>
      <w:sz w:val="36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884634"/>
      <w:sz w:val="30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618BF"/>
  </w:style>
  <w:style w:type="paragraph" w:styleId="Fuzeile">
    <w:name w:val="footer"/>
    <w:basedOn w:val="Standard"/>
    <w:link w:val="FuzeileZchn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618BF"/>
  </w:style>
  <w:style w:type="paragraph" w:styleId="KeinLeerraum">
    <w:name w:val="No Spacing"/>
    <w:uiPriority w:val="1"/>
    <w:qFormat/>
    <w:rsid w:val="00FC693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rd"/>
    <w:next w:val="Standard"/>
    <w:link w:val="TitelZchn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4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nabsatz">
    <w:name w:val="List Paragraph"/>
    <w:basedOn w:val="Standard"/>
    <w:uiPriority w:val="34"/>
    <w:qFormat/>
    <w:rsid w:val="00FC693F"/>
    <w:pPr>
      <w:ind w:left="720"/>
      <w:contextualSpacing/>
    </w:pPr>
  </w:style>
  <w:style w:type="paragraph" w:styleId="Textkrper">
    <w:name w:val="Body Text"/>
    <w:basedOn w:val="Standard"/>
    <w:link w:val="TextkrperZchn"/>
    <w:uiPriority w:val="99"/>
    <w:unhideWhenUsed/>
    <w:rsid w:val="00AA1D8D"/>
  </w:style>
  <w:style w:type="character" w:customStyle="1" w:styleId="TextkrperZchn">
    <w:name w:val="Textkörper Zchn"/>
    <w:basedOn w:val="Absatz-Standardschriftart"/>
    <w:link w:val="Textkrper"/>
    <w:uiPriority w:val="99"/>
    <w:rsid w:val="00AA1D8D"/>
  </w:style>
  <w:style w:type="paragraph" w:styleId="Textkrper2">
    <w:name w:val="Body Text 2"/>
    <w:basedOn w:val="Standard"/>
    <w:link w:val="Textkrper2Zchn"/>
    <w:uiPriority w:val="99"/>
    <w:unhideWhenUsed/>
    <w:rsid w:val="00AA1D8D"/>
    <w:pPr>
      <w:spacing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rsid w:val="00AA1D8D"/>
  </w:style>
  <w:style w:type="paragraph" w:styleId="Textkrper3">
    <w:name w:val="Body Text 3"/>
    <w:basedOn w:val="Standard"/>
    <w:link w:val="Textkrper3Zchn"/>
    <w:uiPriority w:val="99"/>
    <w:unhideWhenUsed/>
    <w:rsid w:val="00AA1D8D"/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rsid w:val="00AA1D8D"/>
    <w:rPr>
      <w:sz w:val="16"/>
      <w:szCs w:val="16"/>
    </w:rPr>
  </w:style>
  <w:style w:type="paragraph" w:styleId="Liste">
    <w:name w:val="List"/>
    <w:basedOn w:val="Standard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Standard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Standard"/>
    <w:uiPriority w:val="99"/>
    <w:unhideWhenUsed/>
    <w:rsid w:val="00326F90"/>
    <w:pPr>
      <w:ind w:left="1080" w:hanging="360"/>
      <w:contextualSpacing/>
    </w:pPr>
  </w:style>
  <w:style w:type="paragraph" w:styleId="Aufzhlungszeichen">
    <w:name w:val="List Bullet"/>
    <w:basedOn w:val="Standard"/>
    <w:uiPriority w:val="99"/>
    <w:unhideWhenUsed/>
    <w:rsid w:val="00326F90"/>
    <w:pPr>
      <w:numPr>
        <w:numId w:val="1"/>
      </w:numPr>
      <w:contextualSpacing/>
    </w:pPr>
  </w:style>
  <w:style w:type="paragraph" w:styleId="Aufzhlungszeichen2">
    <w:name w:val="List Bullet 2"/>
    <w:basedOn w:val="Standard"/>
    <w:uiPriority w:val="99"/>
    <w:unhideWhenUsed/>
    <w:rsid w:val="00326F90"/>
    <w:pPr>
      <w:numPr>
        <w:numId w:val="2"/>
      </w:numPr>
      <w:contextualSpacing/>
    </w:pPr>
  </w:style>
  <w:style w:type="paragraph" w:styleId="Aufzhlungszeichen3">
    <w:name w:val="List Bullet 3"/>
    <w:basedOn w:val="Standard"/>
    <w:uiPriority w:val="99"/>
    <w:unhideWhenUsed/>
    <w:rsid w:val="00326F90"/>
    <w:pPr>
      <w:numPr>
        <w:numId w:val="3"/>
      </w:numPr>
      <w:contextualSpacing/>
    </w:pPr>
  </w:style>
  <w:style w:type="paragraph" w:styleId="Listennummer">
    <w:name w:val="List Number"/>
    <w:basedOn w:val="Standard"/>
    <w:uiPriority w:val="99"/>
    <w:unhideWhenUsed/>
    <w:rsid w:val="00326F90"/>
    <w:pPr>
      <w:numPr>
        <w:numId w:val="5"/>
      </w:numPr>
      <w:contextualSpacing/>
    </w:pPr>
  </w:style>
  <w:style w:type="paragraph" w:styleId="Listennummer2">
    <w:name w:val="List Number 2"/>
    <w:basedOn w:val="Standard"/>
    <w:uiPriority w:val="99"/>
    <w:unhideWhenUsed/>
    <w:rsid w:val="0029639D"/>
    <w:pPr>
      <w:numPr>
        <w:numId w:val="6"/>
      </w:numPr>
      <w:contextualSpacing/>
    </w:pPr>
  </w:style>
  <w:style w:type="paragraph" w:styleId="Listennummer3">
    <w:name w:val="List Number 3"/>
    <w:basedOn w:val="Standard"/>
    <w:uiPriority w:val="99"/>
    <w:unhideWhenUsed/>
    <w:rsid w:val="0029639D"/>
    <w:pPr>
      <w:numPr>
        <w:numId w:val="7"/>
      </w:numPr>
      <w:contextualSpacing/>
    </w:pPr>
  </w:style>
  <w:style w:type="paragraph" w:styleId="Listenfortsetzung">
    <w:name w:val="List Continue"/>
    <w:basedOn w:val="Standard"/>
    <w:uiPriority w:val="99"/>
    <w:unhideWhenUsed/>
    <w:rsid w:val="0029639D"/>
    <w:pPr>
      <w:ind w:left="360"/>
      <w:contextualSpacing/>
    </w:pPr>
  </w:style>
  <w:style w:type="paragraph" w:styleId="Listenfortsetzung2">
    <w:name w:val="List Continue 2"/>
    <w:basedOn w:val="Standard"/>
    <w:uiPriority w:val="99"/>
    <w:unhideWhenUsed/>
    <w:rsid w:val="0029639D"/>
    <w:pPr>
      <w:ind w:left="720"/>
      <w:contextualSpacing/>
    </w:pPr>
  </w:style>
  <w:style w:type="paragraph" w:styleId="Listenfortsetzung3">
    <w:name w:val="List Continue 3"/>
    <w:basedOn w:val="Standard"/>
    <w:uiPriority w:val="99"/>
    <w:unhideWhenUsed/>
    <w:rsid w:val="0029639D"/>
    <w:pPr>
      <w:ind w:left="1080"/>
      <w:contextualSpacing/>
    </w:pPr>
  </w:style>
  <w:style w:type="paragraph" w:styleId="Makrotext">
    <w:name w:val="macro"/>
    <w:link w:val="MakrotextZch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rsid w:val="0029639D"/>
    <w:rPr>
      <w:rFonts w:ascii="Courier" w:hAnsi="Courier"/>
      <w:sz w:val="20"/>
      <w:szCs w:val="20"/>
    </w:rPr>
  </w:style>
  <w:style w:type="paragraph" w:styleId="Zitat">
    <w:name w:val="Quote"/>
    <w:basedOn w:val="Standard"/>
    <w:next w:val="Standard"/>
    <w:link w:val="ZitatZchn"/>
    <w:uiPriority w:val="29"/>
    <w:qFormat/>
    <w:rsid w:val="00FC693F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rsid w:val="00FC693F"/>
    <w:rPr>
      <w:i/>
      <w:iCs/>
      <w:color w:val="000000" w:themeColor="tex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ett">
    <w:name w:val="Strong"/>
    <w:basedOn w:val="Absatz-Standardschriftart"/>
    <w:uiPriority w:val="22"/>
    <w:qFormat/>
    <w:rsid w:val="00FC693F"/>
    <w:rPr>
      <w:b/>
      <w:bCs/>
    </w:rPr>
  </w:style>
  <w:style w:type="character" w:styleId="Hervorhebung">
    <w:name w:val="Emphasis"/>
    <w:basedOn w:val="Absatz-Standardschriftart"/>
    <w:uiPriority w:val="20"/>
    <w:qFormat/>
    <w:rsid w:val="00FC693F"/>
    <w:rPr>
      <w:i/>
      <w:iCs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FC693F"/>
    <w:rPr>
      <w:b/>
      <w:bCs/>
      <w:i/>
      <w:iCs/>
      <w:color w:val="4F81BD" w:themeColor="accent1"/>
    </w:rPr>
  </w:style>
  <w:style w:type="character" w:styleId="SchwacheHervorhebung">
    <w:name w:val="Subtle Emphasis"/>
    <w:basedOn w:val="Absatz-Standardschriftart"/>
    <w:uiPriority w:val="19"/>
    <w:qFormat/>
    <w:rsid w:val="00FC693F"/>
    <w:rPr>
      <w:i/>
      <w:iCs/>
      <w:color w:val="808080" w:themeColor="text1" w:themeTint="7F"/>
    </w:rPr>
  </w:style>
  <w:style w:type="character" w:styleId="IntensiveHervorhebung">
    <w:name w:val="Intense Emphasis"/>
    <w:basedOn w:val="Absatz-Standardschriftart"/>
    <w:uiPriority w:val="21"/>
    <w:qFormat/>
    <w:rsid w:val="00FC693F"/>
    <w:rPr>
      <w:b/>
      <w:bCs/>
      <w:i/>
      <w:iCs/>
      <w:color w:val="4F81BD" w:themeColor="accent1"/>
    </w:rPr>
  </w:style>
  <w:style w:type="character" w:styleId="SchwacherVerweis">
    <w:name w:val="Subtle Reference"/>
    <w:basedOn w:val="Absatz-Standardschriftart"/>
    <w:uiPriority w:val="31"/>
    <w:qFormat/>
    <w:rsid w:val="00FC693F"/>
    <w:rPr>
      <w:smallCaps/>
      <w:color w:val="C0504D" w:themeColor="accent2"/>
      <w:u w:val="single"/>
    </w:rPr>
  </w:style>
  <w:style w:type="character" w:styleId="IntensiverVerweis">
    <w:name w:val="Intense Reference"/>
    <w:basedOn w:val="Absatz-Standardschriftar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uchtitel">
    <w:name w:val="Book Title"/>
    <w:basedOn w:val="Absatz-Standardschriftart"/>
    <w:uiPriority w:val="33"/>
    <w:qFormat/>
    <w:rsid w:val="00FC693F"/>
    <w:rPr>
      <w:b/>
      <w:bCs/>
      <w:smallCaps/>
      <w:spacing w:val="5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FC693F"/>
    <w:pPr>
      <w:outlineLvl w:val="9"/>
    </w:pPr>
  </w:style>
  <w:style w:type="table" w:styleId="Tabellenraster">
    <w:name w:val="Table Grid"/>
    <w:basedOn w:val="NormaleTabel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HelleSchattierung">
    <w:name w:val="Light Shading"/>
    <w:basedOn w:val="NormaleTabel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HelleListe">
    <w:name w:val="Light List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HelleListe-Akzent2">
    <w:name w:val="Light List Accent 2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HellesRaster">
    <w:name w:val="Light Grid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HellesRaster-Akzent2">
    <w:name w:val="Light Grid Accent 2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ittlereSchattierung1">
    <w:name w:val="Medium Shading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Liste1">
    <w:name w:val="Medium Lis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ittlereListe2">
    <w:name w:val="Medium Lis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Raster1">
    <w:name w:val="Medium Grid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ittleresRaster2">
    <w:name w:val="Medium Grid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unkleListe">
    <w:name w:val="Dark List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bigeSchattierung">
    <w:name w:val="Colorful Shading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Liste">
    <w:name w:val="Colorful List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bigesRaster">
    <w:name w:val="Colorful Grid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g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608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Susanne Albers</cp:lastModifiedBy>
  <cp:revision>2</cp:revision>
  <dcterms:created xsi:type="dcterms:W3CDTF">2013-12-23T23:15:00Z</dcterms:created>
  <dcterms:modified xsi:type="dcterms:W3CDTF">2026-08-02T04:13:00Z</dcterms:modified>
  <cp:category/>
</cp:coreProperties>
</file>