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24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4"/>
        </w:rPr>
        <w:t>Kurz erklärt: Michelangelo</w:t>
      </w:r>
    </w:p>
    <w:p>
      <w:pPr>
        <w:jc w:val="center"/>
      </w:pPr>
      <w:r>
        <w:rPr>
          <w:i/>
          <w:color w:val="675C51"/>
          <w:sz w:val="23"/>
        </w:rPr>
        <w:t>Lünetten, Stichkappen, Genealogie und Bibelstellen ohne Panik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24407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pelle-inne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4407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Wozu dieses Blatt da ist</w:t>
      </w:r>
    </w:p>
    <w:p>
      <w:r>
        <w:t>Dieses Zusatzblatt hilft bei genau den Begriffen, die im Unterricht schnell fehlen: Lünette, Stichkappe, Genealogie, Ahnen Christi und der Unterschied zwischen Bildzone und Bibeltext.</w:t>
      </w:r>
    </w:p>
    <w:p>
      <w:r>
        <w:rPr>
          <w:b/>
        </w:rPr>
        <w:t>Prinzip:</w:t>
      </w:r>
      <w:r>
        <w:t xml:space="preserve"> Ein Satz rettet die Stunde. Es geht nicht darum, alles erschöpfend zu erklären, sondern die häufigsten Nachfragen sauber abzufangen.</w:t>
      </w:r>
    </w:p>
    <w:p>
      <w:r>
        <w:br w:type="page"/>
      </w:r>
    </w:p>
    <w:p>
      <w:pPr>
        <w:pStyle w:val="Heading1"/>
      </w:pPr>
      <w:r>
        <w:t>1. Kurz erklärt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Begriff / Person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Schneller Rettungssatz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Sixtinische Kapelle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Kapelle im Vatikan. Berühmt sind die Decke und das Jüngste Gericht, aber an den Rändern befinden sich ebenfalls wichtige Bildzonen.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Lünette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halbkreisförmiges oder bogenförmiges Wandfeld über Fenstern oder Türen. Bei Michelangelo tragen die Lünetten Namen aus der Ahnenreihe Christi.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Stichkappe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dreieckiges oder gewölbtes Feld zwischen Wand und Decke, oft neben oder über einer Lünette. Für Schüler: „Übergangsfeld zwischen Wand und Gewölbe“.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Genealogie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Stammbaum oder eine Ahnenreihe. Bei Christus bedeutet das: Die Herkunft Jesu wird über Generationen erzählt.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Ahnen Christi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Die Namen stammen vor allem aus dem Matthäusevangelium. Sie zeigen: Die christliche Heilsgeschichte wird in eine menschliche Familiengeschichte eingebunden.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Familien vor Christus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Nicht immer sind die einzelnen Personen eindeutig als genau dieser oder jener Name identifizierbar. Oft geht es um Familiengruppen, Generationen und Erwartung.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Rand und Mitte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Die berühmte Deckenmitte ist nicht alles. Gerade am Rand sieht man Alltag, Müdigkeit, Kinder, Familien und Menschlichkeit.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Verlorene Lünetten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Einige Bildfelder gingen durch Umbauten oder spätere Veränderungen verloren. Verlust gehört also selbst zur Geschichte des Kunstwerks.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Bildtitel / Inschrift / Darstellung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Nicht verwechseln: Ein Name kann als Inschrift stehen, ohne dass jede Figur im Bild eindeutig genau dieser Person entspricht.</w:t>
            </w:r>
          </w:p>
        </w:tc>
      </w:tr>
    </w:tbl>
    <w:p>
      <w:r>
        <w:br w:type="page"/>
      </w:r>
    </w:p>
    <w:p>
      <w:pPr>
        <w:pStyle w:val="Heading1"/>
      </w:pPr>
      <w:r>
        <w:t>2. Wo steht das eigentlich?</w:t>
      </w:r>
    </w:p>
    <w:p>
      <w:r>
        <w:t>Wenn ein Bild auf eine biblische, literarische, mythologische oder historische Quelle verweist, hilft diese Mini-Klärung. Nicht zu viel, aber genug für den Zusammenhang.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Thema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Quelle / Ort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Warum das wichtig ist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Ahnenreihe Jesu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Matthäusevangelium 1,1-16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Matthäus beginnt mit der Abstammung Jesu. Viele Namen aus Michelangelos Lünetten gehören in diese genealogische Ordnung.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Alternative Genealogie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Lukasevangelium 3,23-38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Lukas bietet eine andere Ahnenreihe. Für den Unterricht wichtig: Genealogien sind theologische Erzählordnungen, keine modernen Standesamtslisten.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Familienbilder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Keine einzelne Szene pro Familie, sondern Bildprogramm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Die Lünetten zeigen nicht einfach eine erzählte Alltagsszene aus der Bibel, sondern eine gemalte Ordnung von Namen, Generationen und Erwartung.</w:t>
            </w:r>
          </w:p>
        </w:tc>
      </w:tr>
    </w:tbl>
    <w:p>
      <w:pPr>
        <w:pStyle w:val="Heading1"/>
      </w:pPr>
      <w:r>
        <w:t>3. Fragen, die aus der Klasse kommen könnten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Nachfrage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Antwort für die Stunde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Was ist eine Lünette?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bogenförmiges Wandfeld, meist über Fenstern. Bei Michelangelo stehen dort Namen aus der Genealogie Christi.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Was ist eine Stichkappe?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Übergangsfeld zwischen Wand und Gewölbe. In der Sixtina helfen Stichkappen, den Randbereich der Decke zu gliedern.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Warum sehen die Familien so alltäglich aus?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Gerade das ist spannend: Heilsgeschichte erscheint nicht nur als großer Glanz, sondern in menschlichen Generationen.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Sind die dargestellten Menschen sicher identifizierbar?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Nicht immer. Sicherer ist: Die Inschriften geben Namen; die Bilder zeigen Familiengruppen und genealogische Zusammenhänge.</w:t>
            </w:r>
          </w:p>
        </w:tc>
      </w:tr>
    </w:tbl>
    <w:p>
      <w:pPr>
        <w:pStyle w:val="Heading1"/>
      </w:pPr>
      <w:r>
        <w:t>4. Goldene Regel für SMS</w:t>
      </w:r>
    </w:p>
    <w:p>
      <w:pPr>
        <w:pStyle w:val="ListBullet"/>
        <w:spacing w:after="40"/>
      </w:pPr>
      <w:r>
        <w:t>Nicht voraussetzen, dass alle Namen bekannt sind.</w:t>
      </w:r>
    </w:p>
    <w:p>
      <w:pPr>
        <w:pStyle w:val="ListBullet"/>
        <w:spacing w:after="40"/>
      </w:pPr>
      <w:r>
        <w:t>Nicht jedes Detail in einen Vortrag verwandeln.</w:t>
      </w:r>
    </w:p>
    <w:p>
      <w:pPr>
        <w:pStyle w:val="ListBullet"/>
        <w:spacing w:after="40"/>
      </w:pPr>
      <w:r>
        <w:t>Sichtbares vom Vermuteten trennen.</w:t>
      </w:r>
    </w:p>
    <w:p>
      <w:pPr>
        <w:pStyle w:val="ListBullet"/>
        <w:spacing w:after="40"/>
      </w:pPr>
      <w:r>
        <w:t>Quellen nennen, wenn Bilder eine Geschichte voraussetzen.</w:t>
      </w:r>
    </w:p>
    <w:p>
      <w:pPr>
        <w:pStyle w:val="ListBullet"/>
        <w:spacing w:after="40"/>
      </w:pPr>
      <w:r>
        <w:t>Humor erlauben - aber Fachlichkeit behalten.</w:t>
      </w:r>
    </w:p>
    <w:p>
      <w:r>
        <w:rPr>
          <w:b/>
        </w:rPr>
        <w:t>Merksatz:</w:t>
      </w:r>
      <w:r>
        <w:t xml:space="preserve"> Niemand wird voraussetzungslos ins Bild geworfen. Aber niemand wird mit Wissen erschlagen.</w:t>
      </w:r>
    </w:p>
    <w:sectPr w:rsidR="00FC693F" w:rsidRPr="0006063C" w:rsidSect="00034616">
      <w:footerReference w:type="default" r:id="rId9"/>
      <w:pgSz w:w="12240" w:h="15840"/>
      <w:pgMar w:top="850" w:right="935" w:bottom="85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color w:val="675C51"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241F1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41F1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